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0" w:after="0" w:line="240" w:lineRule="auto"/>
        <w:jc w:val="center"/>
      </w:pPr>
      <w:r>
        <w:drawing>
          <wp:inline xmlns:a="http://schemas.openxmlformats.org/drawingml/2006/main" xmlns:pic="http://schemas.openxmlformats.org/drawingml/2006/picture">
            <wp:extent cx="7772400" cy="10058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_clean_corporate_one_page_page_layout_on_a_mostly_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